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עולם הלשון: מערכת הצורות והתחביר (תיכון, הכנה לבגרות)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שורש, בניין וגזרה בפועל נתון ולהסביר את הקשר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משפטים לפי חלקי המשפט (נושא, נשוא, מושא) ולפי סוגי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במילות קישור מתאימות ולבנות פסקת טיעון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לבחינת הבגרות דרך תרגול מדורג מהקל אל המורכב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שורש, בניין וגזרות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חסרי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תבנית קבועה של תנועות ועיצורים החוזרת במילים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שורש, בניין וגזרות – השלמה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י-ד-ע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נחי ע"ו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לימוד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שורש, בניין וגזרות – ניתוח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בניין הוא תבנית נטייה של הפועל (כמו קל, פיעל), גזרה היא סיווג לפי סוג אותיות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לפי בחירת התלמיד/ה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מזהים אם האות היא חלק מהשורש או תוספת, ונמנעים משגיאות כתיב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הפועל לעומק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קל, נפעל, פיעל, פועל, הפעיל, הופעל,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הופעל הוא הסביל של הפעיל; הפעיל עצמו הוא בניין 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משקל קַטְלָן חוזר במילים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צורן יכול להיות תחילית, אמצעית או 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למשל כתיבה, לימוד, ריצה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הפועל לעומק – התאמת בניין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(פעולה פשוטה – הוא כתב 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(סביל של בניין קל – המכתב נכתב)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(פעולה מודגשת או חוזרת – הוא סיפר 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(גרימה לפעולה – המורה הכתיב את השיעור)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(פעולה הדדית או חוזרת על העושה – הם התכתבו)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הפועל לעומק – כתיבה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– יש להדגיש שהבניין סביל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לפי בחירת התלמיד/ה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לפי הפועל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חלקי המשפט ותחביר – זיהוי נושא, נשוא ומושא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הסבירה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מושא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יש בו נושא ונשוא אחד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חלקי המשפט ותחביר – סידור משפטים תקינים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סדרו למשפט תקין: מגדל / בנו / הילדים /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סדרו למשפט תקין: לתלמידים / המורה / הסבירה / את החומר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סדרו למשפט תקין: ספר / מעניין / קראתי / אתמול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סדרו למשפט תקין: לחברתה / מכתב / שלחה / 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סדרו למשפט תקין: למרות / הגענו / שירד גשם / בזמן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חלקי המשפט ותחביר – ניתוח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נושא: הכלב, נשוא: שמר, לוואי: הנאמן, צירוף תיאור: כל הלילה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מושא ישיר בלי מילת יחס, מושא עקיף עם מילת יחס כמו ל, 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סוגי משפט ומילות קישור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למשל: הוא קם והלך לבית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בפסוקית תלויה אין משמעות עצמאית מלאה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פסוקית סיבה מוצגת לרוב במילים כיוון ש, מפני ש, משום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אך מבטאת ניגוד, לא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חיבור ברירה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סוגי משפט ומילות קישור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אבל / 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כיוון ש / מפני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5 · הבעה וטיעון – מרכיבי פסקת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לבסס ולהסביר את הטענה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להמחיש ולחזק את הנימוק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להוסיף נימוק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לחזק את הטענה המרכזית ולסכם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הבעה וטיעון – כתיבת 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– יש לבדוק מבנה: טענה, נימוקים, דוגמה, ניסוח מסכם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המבוססת על הפסקה שנכתבה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חזרה מסכמת – שאלות סגורות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צ-י-ר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רומן מרגש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משפט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מסבירים ומבססים את הטענה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חזרה מסכמת – שאלות פתוחות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לפי הפועל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המבוססת על המשפט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– בדיקת מבנה טענה-נימוק-דוגמה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שהתלמיד/ה מצליח/ה להוריד תוספות ולזהות שלוש אותיות שורש קבועות, ולשייך פועל לבניין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שהניתוח כולל את כל חלקי המשפט הנדרשים ואת ההבחנה הנכונה בין משפט פשוט, מחובר ומורכב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שבפסקה יש טענה ברורה, לפחות נימוק אחד מבוסס, דוגמה ומשפט מסכם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החוברת לאורך כמה שיעורים: פרק אחד או שניים בכל פעם, עם בדיקה משותפת בסוף 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להתמקד בחלקים א-ב של כל פרק (זיהוי והשלמה) ולדלג זמנית על חלקי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להציע הרחבה: ניתוח קטעים נוספים מספר הקריאה או מהעיתון לפי אותם 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חזרה המסכמת מתאימה כבוחן קצר לקראת הבגרות או ככלי אבחון מהיר של נקודות חוזק וחולשה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עולם הלשון: מערכת הצורות והתחביר (תיכון, הכנה לבגרות)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כמה פרקים. בכל פרק יש תרגילים קלים ואחר כך קשים יותר. פותרים לפי הסדר, ובודקים תשובות עם המורה.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(לרוב שלוש) החוזרות במשפחת מילים ונושאות את המשמעות הבסיסית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משבע התבניות שבהן נוטה הפועל: קל, נפעל, פיעל, פועל, הפעיל, הופעל, התפעל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סיווג פעלים לפי סוג אותיות השורש (שלמים, חסרי פ"נ, נחי ע"ו, כפולים ועוד)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קבועה של תנועות ועיצורים שחוזרת בקבוצת מילים, למשל קַטְלָן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משמעות שמצטרפת לשורש – תחילית, אמצעית או סופית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נושא ונשוא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חלקי הליבה של המשפט הפשוט: על מי מדובר ומה נאמר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מושא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או הצירוף שעליהם פועלת פעולת הנשוא, ישירות או בעקיפין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מחובר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שבו שני חלקים עצמאיים מחוברים במילת חיבור כמו ו, אבל, או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מורכב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שבו פסוקית אחת תלויה במשפט העיקרי ואינה עומדת לבדה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פסקת 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פסקה הכוללת טענה, נימוקים, דוגמאות וניסוח מסכם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שורש, בניין וגזרות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את השורש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ת-כ-ת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כ-ת-נ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ת-ב-נ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בניין נמצא הפועל "התלבש"?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הפועל "נשבר" נמצא בבניין: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מהאפשרויות היא גזרה ולא בניין?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חסרי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משקל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תבנית קבועה של תנועות ועיצורים החוזרת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קישור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שורש, בניין וגזרות – השלמה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"הודעה"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הפועל מהשורש נ-פ-ל בבניין נפעל, עתיד, גוף ראשון יחיד: אני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הגזרה של השורש ק-ו-ם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צורת ציווי של "לכתוב" (בניין קל) לנקבה יחיד: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שם הפעולה מהשורש ל-מ-ד בבניין פיעל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שורש, בניין וגזרות – ניתוח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בניין לגזרה, ותנו דוגמה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שורש אחד וכתבו אותו בשלושה בניינים שונים. הסבירו איך משתנה המשמעות בכל בניין.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ידיעת השורש והבניין יכולה לעזור בכתיב נכון? תנו דוגמה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הפועל לעומק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יש שבעה בניינים.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הבניין הפעיל הוא הבניין הסביל של בניין קל.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הוא תבנית קבועה שיכולה לחזור גם בשמות וגם בפעלים.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צורן יכול להופיע רק בתחילת המילה.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הפעולה הוא שם עצם הנגזר מהפועל ומציין את עצם הפעולה.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הפועל לעומק – התאמת בניין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פעולה הדדית או חוזרת על העושה – הם התכתבו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גרימה לפעולה – המורה הכתיב את השיעור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סביל של בניין קל – המכתב נכתב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פעולה פשוטה – הוא כתב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פעולה מודגשת או חוזרת – הוא סיפר 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הפועל לעומק – כתיבה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עם פועל בבניין הופעל, והסבירו מי מבצע את הפעולה בפועל.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משפטים עם אותו שורש בשני בניינים שונים (למשל פיעל והתפעל), והסבירו את ההבדל במשמעות.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פועל מתוך קטע קריאה שלמדתם, ונתחו אותו: שורש, בניין, גזרה וזמן.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חלקי המשפט ותחביר – זיהוי נושא, נשוא ומושא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במשפט "הילדים בנו מגדל מחול" מהו הנושא?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הנשוא במשפט "התלמידה הסבירה את התרגיל"?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הסבירה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התרגיל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המושא הישיר במשפט "המורה הקריאה סיפור"?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מושא במשפט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חלק משפט עונה על השאלה "למי?" בעקיפין?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מושא 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לוואי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משפט פשוט הוא משפט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בו נושא ונשוא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בו שתי פסוקיות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מחובר במילת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בו נשוא 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חלקי המשפט ותחביר – סידור משפטים תקינים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למשפט תקין: לתלמידים / המורה / הסבירה / את החומר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למשפט תקין: לחברתה / מכתב / שלחה / דנה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למשפט תקין: למרות / הגענו / שירד גשם / בזמן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למשפט תקין: מגדל / בנו / הילדים / גבוה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למשפט תקין: ספר / מעניין / קראתי / אתמול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חלקי המשפט ותחביר – ניתוח 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נתחו את המשפט "הכלב הנאמן שמר על הבית כל הלילה": סמנו נושא, נשוא, מושא ולוואי (אם יש).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פשוט ואת אותו משפט הפכו למורכב בעזרת פסוקית.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מה ההבדל בין מושא ישיר למושא עקיף, ותנו דוגמה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סוגי משפט ומילות קישור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מחובר מורכב משני חלקים עצמאיים המחוברים במילת חיבור.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מורכב הוא משפט שבו כל חלקיו יכולים לעמוד בפני עצמם.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"כיוון ש" מציינת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"אך" מבטאת תוצאה.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לחבר שני משפטים פשוטים למשפט מחובר בעזרת מילת קישור כמו "או".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סוגי משפט ומילות קישור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המבחן היה קשה, __________ רוב התלמידים הצליחו. (מילת ניגוד)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לא יצאנו לטיול __________ ירד גשם כבד. (מילת סיבה)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התאמנו הרבה, __________ ניצחנו במשחק. (מילת תוצאה)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שהיה עייף, הוא המשיך לעבוד. (מילת ויתור)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תתאמן קשה, תשתפר. (מילת תנאי)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5 · הבעה וטיעון – מרכיבי פסקת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המרכיב המציג את העמדה המרכזית בפסקת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ניסוח מסכם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תפקיד הנימוק בפסקת טיעון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לפתוח את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לבסס ולהסביר את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לסתור את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לסכם את כל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דוגמה בפסקת טיעון משמשת כדי: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להחליף את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להמחיש ולחזק את הנימוק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לפתוח נושא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הפסקה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מילות קישור כמו "בנוסף", "כמו כן" משמשות בפסקת טיעון כדי: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להוסיף נימוק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לסתור את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לשנות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תפקיד הניסוח המסכם בסוף פסקת הטיעון?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להציג טענה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לחזק את הטענה המרכזית ולסכם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לפרט דוגמה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להציג דעה נגדית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הבעה וטיעון – כתיבת 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 (טענה, שני נימוקים ודוגמה) בנושא: האם כדאי ללמוד שפה זרה נוספת בבית הספר?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קראו את פסקת הטיעון שכתבתם בשאלה הקודמת, וסמנו בה את הטענה, הנימוקים ומילות הקישור.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חזרה מסכמת – שאלות סגורות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של המילה "הצטיירו"?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צ-י-ר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צ-ט-ר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ה-צ-ט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י-ר-ו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הפועל "התרגש" נמצא בבניין: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במשפט "הסופרת כתבה רומן מרגש" מהו המושא הישיר?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הסופרת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רומן מרגש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משפט שיש בו פסוקית תלויה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פשוט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מחובר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מורכב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מילת הקישור "למרות ש" מבטאת יחס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ברכיב הנימוק בפסקת טיעון אנחנו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פותחים נושא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מסבירים ומבססים את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שואלים שאלה רטורית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חוזרים על הכותרת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חזרה מסכמת – שאלות פתוחות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פועל מתוך קטע שקראתם לאחרונה ונתחו: שורש, בניין, גזרה וזמן.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מורכב אחד ומשפט מחובר אחד, וסמנו בכל אחד את המילה שמחברת את חלקיו.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נתחו משפט לבחירתכם: סמנו נושא, נשוא ומושא (אם יש).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טענה אחת בנושא לבחירתכם, ופתחו אותה לפסקת טיעון קצרה עם נימוק ודוגמה.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למצוא שורש ולזהות בניין וגזרה בפועל נתון?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לנתח משפט לפי נושא, נשוא ומושא, ולהבחין בין סוגי 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לכתוב פסקת טיעון מסודרת עם טענה, נימוקים ודוגמה?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עולם הלשון: מערכת הצורות והתחביר (תיכון, הכנה לבגרות)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